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80"/>
        <w:jc w:val="center"/>
      </w:pPr>
      <w:r>
        <w:rPr>
          <w:b/>
          <w:sz w:val="28"/>
        </w:rPr>
        <w:t>T.C.</w:t>
        <w:br/>
        <w:t>................................... BELEDİYE BAŞKANLIĞINA</w:t>
        <w:br/>
        <w:t>(Mali Hizmetler Müdürlüğü / Zabıta Müdürlüğü)</w:t>
      </w:r>
    </w:p>
    <w:p>
      <w:pPr>
        <w:spacing w:after="360"/>
      </w:pPr>
      <w:r>
        <w:rPr>
          <w:b/>
        </w:rPr>
        <w:t xml:space="preserve">KONU: </w:t>
      </w:r>
      <w:r>
        <w:t>İşgaliye İzni Talebi Hk.</w:t>
      </w:r>
    </w:p>
    <w:p>
      <w:pPr>
        <w:spacing w:line="276" w:lineRule="auto" w:after="240"/>
        <w:ind w:firstLine="720"/>
      </w:pPr>
      <w:r>
        <w:t xml:space="preserve">Belediyeniz sınırları içerisinde, .................................................... Mahallesi, .................................................... Caddesi/Sokağı, No: ............. adresinde bulunan işletmemin / taşınmazımın önündeki kamuya açık alanın; </w:t>
      </w:r>
      <w:r>
        <w:rPr>
          <w:i/>
        </w:rPr>
        <w:t>[X] Masa-Sandalye Atmak, [X] Teşhir Ürünü Koymak, [X] İnşaat İskelesi Kurmak, [X] Malzeme Depolamak</w:t>
      </w:r>
      <w:r>
        <w:t xml:space="preserve"> amacıyla, yaklaşık ............. metrekarelik kısmını geçici olarak işgal etmek istemekteyim.</w:t>
      </w:r>
    </w:p>
    <w:p>
      <w:pPr>
        <w:spacing w:line="276" w:lineRule="auto" w:after="480"/>
        <w:ind w:firstLine="720"/>
      </w:pPr>
      <w:r>
        <w:t xml:space="preserve">2464 Sayılı Belediye Gelirleri Kanunu'nun ilgili maddeleri uyarınca gerekli incelemelerin yapılarak tarafıma yasal </w:t>
      </w:r>
      <w:r>
        <w:rPr>
          <w:b/>
        </w:rPr>
        <w:t>işgaliye izninin verilmesini</w:t>
      </w:r>
      <w:r>
        <w:t xml:space="preserve"> ve tahakkuk edecek işgaliye harcının tarafımdan tahsil edilmesini arz ederim.</w:t>
      </w:r>
    </w:p>
    <w:p>
      <w:pPr>
        <w:spacing w:after="480"/>
        <w:jc w:val="right"/>
      </w:pPr>
      <w:r>
        <w:t>.... / .... / 2026</w:t>
        <w:br/>
        <w:br/>
        <w:t>Adı Soyadı / Unvanı</w:t>
        <w:br/>
        <w:t>İmza / Kaşe</w:t>
      </w:r>
    </w:p>
    <w:p>
      <w:pPr>
        <w:spacing w:after="120"/>
      </w:pPr>
      <w:r>
        <w:rPr>
          <w:b/>
        </w:rPr>
        <w:t>BAŞVURU SAHİBİ BİLGİLERİ:</w:t>
      </w:r>
    </w:p>
    <w:p>
      <w:pPr>
        <w:spacing w:after="80"/>
      </w:pPr>
      <w:r>
        <w:t>T.C. Kimlik No / Vergi No: ....................................................</w:t>
      </w:r>
    </w:p>
    <w:p>
      <w:pPr>
        <w:spacing w:after="80"/>
      </w:pPr>
      <w:r>
        <w:t>Telefon Numarası: ....................................................</w:t>
      </w:r>
    </w:p>
    <w:p>
      <w:pPr>
        <w:spacing w:after="80"/>
      </w:pPr>
      <w:r>
        <w:t>E-Posta Adresi: ....................................................</w:t>
      </w:r>
    </w:p>
    <w:p>
      <w:pPr>
        <w:spacing w:after="80"/>
      </w:pPr>
      <w:r>
        <w:t>Tebligat Adresi: ....................................................................................................................</w:t>
      </w:r>
    </w:p>
    <w:p>
      <w:pPr>
        <w:spacing w:before="240" w:after="120"/>
      </w:pPr>
      <w:r>
        <w:rPr>
          <w:b/>
        </w:rPr>
        <w:t>EKLER:</w:t>
      </w:r>
    </w:p>
    <w:p>
      <w:pPr>
        <w:spacing w:after="80"/>
      </w:pPr>
      <w:r>
        <w:t>1- Vergi Levhası Fotokopisi</w:t>
      </w:r>
    </w:p>
    <w:p>
      <w:pPr>
        <w:spacing w:after="80"/>
      </w:pPr>
      <w:r>
        <w:t>2- İmza Sirküleri / Beyannamesi (Şirketler için)</w:t>
      </w:r>
    </w:p>
    <w:p>
      <w:pPr>
        <w:spacing w:after="80"/>
      </w:pPr>
      <w:r>
        <w:t>3- İşgal Edilecek Alanın Krokisi veya Fotoğrafı</w:t>
      </w:r>
    </w:p>
    <w:p>
      <w:pPr>
        <w:spacing w:after="80"/>
      </w:pPr>
      <w:r>
        <w:t>4- Tapu Fotokopisi veya Kira Kontratı Örneği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